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75D81" w14:textId="77777777" w:rsidR="00E72F74" w:rsidRPr="00C941B0" w:rsidRDefault="009006E1" w:rsidP="00ED2D3C">
      <w:pPr>
        <w:spacing w:after="0" w:line="240" w:lineRule="auto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ALLEGATO A</w:t>
      </w:r>
    </w:p>
    <w:p w14:paraId="6EFB0317" w14:textId="77777777" w:rsidR="00E72F74" w:rsidRPr="00C941B0" w:rsidRDefault="009006E1" w:rsidP="00ED2D3C">
      <w:pPr>
        <w:spacing w:after="0" w:line="240" w:lineRule="auto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MANIFESTAZIONE DI INTERESSE PER IL RICONOSCIMENTO DI UN INDENNIZZO “UNA TANTUM”</w:t>
      </w:r>
    </w:p>
    <w:p w14:paraId="2EB27268" w14:textId="77777777" w:rsidR="00E72F74" w:rsidRPr="00C941B0" w:rsidRDefault="009006E1" w:rsidP="00ED2D3C">
      <w:pPr>
        <w:spacing w:after="0" w:line="240" w:lineRule="auto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FAVORE DEI PROPRIETARI O DETENTORI DI IMMOBILI AD USO PRIVATO DANNEGGIATI DAGLI EVENTI ALLUVIONALI VERIFICATISI TRA L’11 E IL 20 FEBBRAIO 2026</w:t>
      </w:r>
    </w:p>
    <w:p w14:paraId="0EDBCCBC" w14:textId="77777777" w:rsidR="00E72F74" w:rsidRPr="00C941B0" w:rsidRDefault="00E72F74" w:rsidP="00ED2D3C">
      <w:pPr>
        <w:spacing w:line="240" w:lineRule="auto"/>
        <w:rPr>
          <w:rFonts w:cs="Arial"/>
          <w:sz w:val="20"/>
          <w:szCs w:val="20"/>
          <w:lang w:val="it-IT"/>
        </w:rPr>
      </w:pPr>
    </w:p>
    <w:p w14:paraId="7D43D0D4" w14:textId="15CBEB25" w:rsidR="00E72F74" w:rsidRPr="00C941B0" w:rsidRDefault="009006E1" w:rsidP="00ED2D3C">
      <w:pPr>
        <w:spacing w:after="0" w:line="240" w:lineRule="auto"/>
        <w:jc w:val="center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Riferimento normativo: Legge regionale 7 ottobre 2026, n. 32</w:t>
      </w:r>
      <w:r w:rsidR="00757581">
        <w:rPr>
          <w:lang w:val="it-IT"/>
        </w:rPr>
        <w:t xml:space="preserve"> art. 3 comma 8, </w:t>
      </w:r>
      <w:r w:rsidRPr="00757581">
        <w:rPr>
          <w:lang w:val="it-IT"/>
        </w:rPr>
        <w:t>pubblicata sul BURC in data 7 ottobre 2026.</w:t>
      </w:r>
      <w:r w:rsidRPr="00757581">
        <w:rPr>
          <w:lang w:val="it-IT"/>
        </w:rPr>
        <w:br/>
      </w:r>
    </w:p>
    <w:p w14:paraId="75D55FDF" w14:textId="77777777" w:rsidR="00ED2D3C" w:rsidRDefault="009006E1" w:rsidP="00ED2D3C">
      <w:pPr>
        <w:spacing w:line="240" w:lineRule="auto"/>
        <w:ind w:left="4320" w:firstLine="720"/>
        <w:jc w:val="right"/>
        <w:rPr>
          <w:rFonts w:cs="Arial"/>
          <w:b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AL COMUNE DI </w:t>
      </w:r>
    </w:p>
    <w:p w14:paraId="37123D5F" w14:textId="0DAB0B18" w:rsidR="00E72F74" w:rsidRPr="006E5241" w:rsidRDefault="006E5241" w:rsidP="00ED2D3C">
      <w:pPr>
        <w:spacing w:line="240" w:lineRule="auto"/>
        <w:ind w:left="4320" w:firstLine="720"/>
        <w:jc w:val="right"/>
        <w:rPr>
          <w:rFonts w:cs="Arial"/>
          <w:b/>
          <w:sz w:val="20"/>
          <w:szCs w:val="20"/>
          <w:lang w:val="it-IT"/>
        </w:rPr>
      </w:pPr>
      <w:r w:rsidRPr="006E5241">
        <w:rPr>
          <w:rFonts w:cs="Arial"/>
          <w:b/>
          <w:sz w:val="20"/>
          <w:szCs w:val="20"/>
          <w:lang w:val="it-IT"/>
        </w:rPr>
        <w:t>CASSANO ALL’IONIO</w:t>
      </w:r>
    </w:p>
    <w:p w14:paraId="305F5391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Il/La sottoscritto/a </w:t>
      </w: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</w:t>
      </w:r>
      <w:r w:rsidRPr="00C941B0">
        <w:rPr>
          <w:rFonts w:cs="Arial"/>
          <w:sz w:val="20"/>
          <w:szCs w:val="20"/>
          <w:lang w:val="it-IT"/>
        </w:rPr>
        <w:t>_________</w:t>
      </w:r>
    </w:p>
    <w:p w14:paraId="5415B465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nato/a </w:t>
      </w:r>
      <w:proofErr w:type="spellStart"/>
      <w:r w:rsidRPr="00C941B0">
        <w:rPr>
          <w:rFonts w:cs="Arial"/>
          <w:b/>
          <w:sz w:val="20"/>
          <w:szCs w:val="20"/>
          <w:lang w:val="it-IT"/>
        </w:rPr>
        <w:t>a</w:t>
      </w:r>
      <w:proofErr w:type="spellEnd"/>
      <w:r w:rsidRPr="00C941B0">
        <w:rPr>
          <w:rFonts w:cs="Arial"/>
          <w:b/>
          <w:sz w:val="20"/>
          <w:szCs w:val="20"/>
          <w:lang w:val="it-IT"/>
        </w:rPr>
        <w:t xml:space="preserve"> </w:t>
      </w:r>
      <w:r w:rsidRPr="00C941B0">
        <w:rPr>
          <w:rFonts w:cs="Arial"/>
          <w:sz w:val="20"/>
          <w:szCs w:val="20"/>
          <w:lang w:val="it-IT"/>
        </w:rPr>
        <w:t>__________________________________ il __________________</w:t>
      </w:r>
    </w:p>
    <w:p w14:paraId="5FB674E9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C.F.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</w:t>
      </w:r>
    </w:p>
    <w:p w14:paraId="75AFEFE6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residente a </w:t>
      </w:r>
      <w:r w:rsidRPr="00C941B0">
        <w:rPr>
          <w:rFonts w:cs="Arial"/>
          <w:sz w:val="20"/>
          <w:szCs w:val="20"/>
          <w:lang w:val="it-IT"/>
        </w:rPr>
        <w:t>__________________________________ CAP ______________</w:t>
      </w:r>
    </w:p>
    <w:p w14:paraId="799341EA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________________________________________ n. __________</w:t>
      </w:r>
    </w:p>
    <w:p w14:paraId="2154957C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telefono </w:t>
      </w:r>
      <w:r w:rsidRPr="00C941B0">
        <w:rPr>
          <w:rFonts w:cs="Arial"/>
          <w:sz w:val="20"/>
          <w:szCs w:val="20"/>
          <w:lang w:val="it-IT"/>
        </w:rPr>
        <w:t>________________________</w:t>
      </w:r>
    </w:p>
    <w:p w14:paraId="44F78A0B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e-mail/PEC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</w:t>
      </w:r>
    </w:p>
    <w:p w14:paraId="67779339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qualità di:</w:t>
      </w:r>
    </w:p>
    <w:p w14:paraId="7157D9A1" w14:textId="77777777" w:rsidR="00E72F74" w:rsidRPr="00C941B0" w:rsidRDefault="009006E1" w:rsidP="00ED2D3C">
      <w:pPr>
        <w:spacing w:line="240" w:lineRule="auto"/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5244F338" w14:textId="77777777" w:rsidR="00C941B0" w:rsidRPr="00C941B0" w:rsidRDefault="009006E1" w:rsidP="00ED2D3C">
      <w:pPr>
        <w:spacing w:line="240" w:lineRule="auto"/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a titolo di ______________________________.</w:t>
      </w:r>
    </w:p>
    <w:p w14:paraId="3A337D64" w14:textId="77777777" w:rsidR="00E72F74" w:rsidRPr="00C941B0" w:rsidRDefault="009006E1" w:rsidP="00ED2D3C">
      <w:pPr>
        <w:spacing w:line="240" w:lineRule="auto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DATI DELL’IMMOBILE</w:t>
      </w:r>
    </w:p>
    <w:p w14:paraId="645E3B32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Comune </w:t>
      </w:r>
      <w:r w:rsidRPr="00C941B0">
        <w:rPr>
          <w:rFonts w:cs="Arial"/>
          <w:sz w:val="20"/>
          <w:szCs w:val="20"/>
          <w:lang w:val="it-IT"/>
        </w:rPr>
        <w:t>_______________________________________________</w:t>
      </w:r>
    </w:p>
    <w:p w14:paraId="0E11CD27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 n. __________</w:t>
      </w:r>
    </w:p>
    <w:p w14:paraId="5BF7F86E" w14:textId="77777777" w:rsidR="00C941B0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Foglio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Particella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Subalterno </w:t>
      </w:r>
      <w:r w:rsidRPr="00C941B0">
        <w:rPr>
          <w:rFonts w:cs="Arial"/>
          <w:sz w:val="20"/>
          <w:szCs w:val="20"/>
          <w:lang w:val="it-IT"/>
        </w:rPr>
        <w:t>____________</w:t>
      </w:r>
    </w:p>
    <w:p w14:paraId="530274B1" w14:textId="77777777" w:rsidR="00E72F74" w:rsidRPr="00C941B0" w:rsidRDefault="009006E1" w:rsidP="00ED2D3C">
      <w:pPr>
        <w:spacing w:line="240" w:lineRule="auto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CHIEDE</w:t>
      </w:r>
    </w:p>
    <w:p w14:paraId="20439740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ammesso/a alla manifestazione di interesse finalizzata al riconoscimento di un indennizzo “una tantum” in favore dei proprietari o detentori di immobili ad uso privato che abbiano subito danni in conseguenza degli eventi alluvionali verificatisi tra l’11 e il 20 febbraio 2026.</w:t>
      </w:r>
    </w:p>
    <w:p w14:paraId="5C0E29C5" w14:textId="77777777" w:rsidR="00C941B0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A tal fine, consapevole delle responsabilità penali previste dall’art. 76 del D.P.R. 28 dicembre 2000, n. 445 in caso di dichiarazioni mendaci e delle conseguenze previste dall’art. 75 del medesimo D.P.R.,</w:t>
      </w:r>
    </w:p>
    <w:p w14:paraId="26655B43" w14:textId="77777777" w:rsidR="00E72F74" w:rsidRPr="00C941B0" w:rsidRDefault="009006E1" w:rsidP="00ED2D3C">
      <w:pPr>
        <w:spacing w:line="240" w:lineRule="auto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DICHIARA</w:t>
      </w:r>
    </w:p>
    <w:p w14:paraId="196AD403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1. Titolo sull’immobile</w:t>
      </w:r>
    </w:p>
    <w:p w14:paraId="3254332F" w14:textId="77777777" w:rsidR="00E72F74" w:rsidRPr="00C941B0" w:rsidRDefault="009006E1" w:rsidP="00ED2D3C">
      <w:pPr>
        <w:spacing w:line="240" w:lineRule="auto"/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633C5F79" w14:textId="77777777" w:rsidR="00E72F74" w:rsidRPr="00C941B0" w:rsidRDefault="009006E1" w:rsidP="00ED2D3C">
      <w:pPr>
        <w:spacing w:line="240" w:lineRule="auto"/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in forza del seguente titolo:</w:t>
      </w:r>
    </w:p>
    <w:p w14:paraId="1E279726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6FDE5FBF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410C2583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2. Destinazione dell’immobile</w:t>
      </w:r>
    </w:p>
    <w:p w14:paraId="0A07E7A3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l’immobile oggetto della presente istanza è destinato ad uso privato e:</w:t>
      </w:r>
    </w:p>
    <w:p w14:paraId="6C4E11E8" w14:textId="77777777" w:rsidR="00E72F74" w:rsidRPr="00C941B0" w:rsidRDefault="009006E1" w:rsidP="00ED2D3C">
      <w:pPr>
        <w:spacing w:line="240" w:lineRule="auto"/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costituisce la residenza principale del/la sottoscritto/a;</w:t>
      </w:r>
    </w:p>
    <w:p w14:paraId="0A11EC3E" w14:textId="77777777" w:rsidR="00E72F74" w:rsidRPr="00C941B0" w:rsidRDefault="009006E1" w:rsidP="00ED2D3C">
      <w:pPr>
        <w:spacing w:line="240" w:lineRule="auto"/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non costituisce la residenza principale del/</w:t>
      </w:r>
      <w:proofErr w:type="gramStart"/>
      <w:r w:rsidRPr="00C941B0">
        <w:rPr>
          <w:rFonts w:cs="Arial"/>
          <w:sz w:val="20"/>
          <w:szCs w:val="20"/>
          <w:lang w:val="it-IT"/>
        </w:rPr>
        <w:t>la sottoscritto</w:t>
      </w:r>
      <w:proofErr w:type="gramEnd"/>
      <w:r w:rsidRPr="00C941B0">
        <w:rPr>
          <w:rFonts w:cs="Arial"/>
          <w:sz w:val="20"/>
          <w:szCs w:val="20"/>
          <w:lang w:val="it-IT"/>
        </w:rPr>
        <w:t>/a.</w:t>
      </w:r>
    </w:p>
    <w:p w14:paraId="6CA0BCD8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>3. Danni subiti</w:t>
      </w:r>
    </w:p>
    <w:p w14:paraId="6D799EC1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aver subito danni all’immobile sopra indicato in conseguenza degli eventi alluvionali verificatisi tra l’11 e il 20 febbraio 2026.</w:t>
      </w:r>
    </w:p>
    <w:p w14:paraId="6DCC4EB7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 danni hanno interessato, in particolare:</w:t>
      </w:r>
    </w:p>
    <w:p w14:paraId="51F4C561" w14:textId="77777777" w:rsidR="00E72F74" w:rsidRPr="00C941B0" w:rsidRDefault="009006E1" w:rsidP="00ED2D3C">
      <w:pPr>
        <w:spacing w:line="240" w:lineRule="auto"/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strutture murarie;</w:t>
      </w:r>
    </w:p>
    <w:p w14:paraId="364500AB" w14:textId="77777777" w:rsidR="00E72F74" w:rsidRPr="00C941B0" w:rsidRDefault="009006E1" w:rsidP="00ED2D3C">
      <w:pPr>
        <w:spacing w:line="240" w:lineRule="auto"/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impianti;</w:t>
      </w:r>
    </w:p>
    <w:p w14:paraId="10375F37" w14:textId="77777777" w:rsidR="00E72F74" w:rsidRPr="00C941B0" w:rsidRDefault="009006E1" w:rsidP="00ED2D3C">
      <w:pPr>
        <w:spacing w:line="240" w:lineRule="auto"/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infissi;</w:t>
      </w:r>
    </w:p>
    <w:p w14:paraId="374C7236" w14:textId="77777777" w:rsidR="00E72F74" w:rsidRPr="00C941B0" w:rsidRDefault="009006E1" w:rsidP="00ED2D3C">
      <w:pPr>
        <w:spacing w:line="240" w:lineRule="auto"/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pavimentazioni e rivestimenti;</w:t>
      </w:r>
    </w:p>
    <w:p w14:paraId="0AC6420F" w14:textId="77777777" w:rsidR="00E72F74" w:rsidRPr="00C941B0" w:rsidRDefault="009006E1" w:rsidP="00ED2D3C">
      <w:pPr>
        <w:spacing w:line="240" w:lineRule="auto"/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pertinenze;</w:t>
      </w:r>
    </w:p>
    <w:p w14:paraId="72E0F504" w14:textId="77777777" w:rsidR="00E72F74" w:rsidRPr="00C941B0" w:rsidRDefault="009006E1" w:rsidP="00ED2D3C">
      <w:pPr>
        <w:spacing w:line="240" w:lineRule="auto"/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beni mobili presenti nell’immobile;</w:t>
      </w:r>
    </w:p>
    <w:p w14:paraId="3B2483CE" w14:textId="77777777" w:rsidR="00E72F74" w:rsidRPr="00C941B0" w:rsidRDefault="009006E1" w:rsidP="00ED2D3C">
      <w:pPr>
        <w:spacing w:line="240" w:lineRule="auto"/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altro _________________________________.</w:t>
      </w:r>
    </w:p>
    <w:p w14:paraId="02E1384D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Descrizione dei danni subiti:</w:t>
      </w:r>
    </w:p>
    <w:p w14:paraId="153999DF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5DD0C6D2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</w:t>
      </w:r>
    </w:p>
    <w:p w14:paraId="2D6849B8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</w:t>
      </w:r>
    </w:p>
    <w:p w14:paraId="14E0F31C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</w:p>
    <w:p w14:paraId="14DB35CB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4. Importo richiesto</w:t>
      </w:r>
    </w:p>
    <w:p w14:paraId="38AB5E33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relazione ai danni sopra descritti, il/la sottoscritto/a richiede il riconoscimento del seguente indennizzo:</w:t>
      </w:r>
    </w:p>
    <w:p w14:paraId="21499FDF" w14:textId="77777777" w:rsidR="00E72F74" w:rsidRPr="00C941B0" w:rsidRDefault="009006E1" w:rsidP="00ED2D3C">
      <w:pPr>
        <w:spacing w:line="240" w:lineRule="auto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€ __________________________</w:t>
      </w:r>
    </w:p>
    <w:p w14:paraId="20870395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consapevole che l’importo richiesto non potrà comunque essere superiore a € 5.000,00 qualora l’immobile costituisca la residenza principale del beneficiario e a € 2.000,00 negli altri casi.</w:t>
      </w:r>
    </w:p>
    <w:p w14:paraId="76A12F3C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essere consapevole che l’importo indicato costituisce l’importo richiesto ai fini della ricognizione del fabbisogno finanziario e non determina automaticamente il riconoscimento dell’indennizzo nella misura richiesta.</w:t>
      </w:r>
    </w:p>
    <w:p w14:paraId="209E1546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L’importo effettivamente riconoscibile sarà determinato nel rispetto dei massimali previsti dalla disposizione regionale e delle risorse finanziarie disponibili, anche in relazione al successivo riparto proporzionale delle risorse tra i Comuni interessati.</w:t>
      </w:r>
    </w:p>
    <w:p w14:paraId="6BA2D74C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Pertanto, la presentazione della presente istanza e l’indicazione dell’importo richiesto non comportano alcun diritto all’erogazione dell’intero importo indicato.</w:t>
      </w:r>
    </w:p>
    <w:p w14:paraId="612A79A4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5. Altre forme di sostegno</w:t>
      </w:r>
    </w:p>
    <w:p w14:paraId="35896C4F" w14:textId="77777777" w:rsidR="00E72F74" w:rsidRPr="00C941B0" w:rsidRDefault="009006E1" w:rsidP="00ED2D3C">
      <w:pPr>
        <w:spacing w:line="240" w:lineRule="auto"/>
        <w:ind w:left="283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☐ di non aver ricevuto né richiesto altri indennizzi, contributi o sostegni finanziari per i medesimi danni, compresi eventuali indennizzi derivanti da polizze assicurative;</w:t>
      </w:r>
    </w:p>
    <w:p w14:paraId="740CE378" w14:textId="77777777" w:rsidR="00E72F74" w:rsidRPr="00C941B0" w:rsidRDefault="009006E1" w:rsidP="00ED2D3C">
      <w:pPr>
        <w:spacing w:line="240" w:lineRule="auto"/>
        <w:ind w:left="283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☐ di aver ricevuto o richiesto altri indennizzi, contributi o sostegni finanziari per i medesimi danni, compresi eventuali indennizzi derivanti da polizze assicurative, come di seguito specificato:</w:t>
      </w:r>
    </w:p>
    <w:p w14:paraId="2D7F6B74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Ente erogatore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0C4A1A89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Importo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1E8A1A2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Misura/contributo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248D8F9B" w14:textId="77777777" w:rsidR="000B13B8" w:rsidRPr="00757581" w:rsidRDefault="00757581" w:rsidP="00ED2D3C">
      <w:pPr>
        <w:spacing w:line="240" w:lineRule="auto"/>
        <w:rPr>
          <w:lang w:val="it-IT"/>
        </w:rPr>
      </w:pPr>
      <w:r w:rsidRPr="00757581">
        <w:rPr>
          <w:lang w:val="it-IT"/>
        </w:rPr>
        <w:t>Polizza assicurativa (compagnia e n. polizza, se pertinente) ______________________________</w:t>
      </w:r>
      <w:r w:rsidRPr="00757581">
        <w:rPr>
          <w:lang w:val="it-IT"/>
        </w:rPr>
        <w:br/>
        <w:t>Indennizzo assicurativo richiesto/riconosciuto/liquidato € ______________________________</w:t>
      </w:r>
      <w:r w:rsidRPr="00757581">
        <w:rPr>
          <w:lang w:val="it-IT"/>
        </w:rPr>
        <w:br/>
        <w:t>Stato della richiesta assicurativa / data di liquidazione ______________________________</w:t>
      </w:r>
    </w:p>
    <w:p w14:paraId="65CAF949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 xml:space="preserve">Data di erogazione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36CA4667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6. Dichiarazioni e impegni</w:t>
      </w:r>
    </w:p>
    <w:p w14:paraId="08FBB1F1" w14:textId="77777777" w:rsidR="00A1011C" w:rsidRPr="00C941B0" w:rsidRDefault="009006E1" w:rsidP="00ED2D3C">
      <w:pPr>
        <w:pStyle w:val="Paragrafoelenco"/>
        <w:numPr>
          <w:ilvl w:val="0"/>
          <w:numId w:val="10"/>
        </w:num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le informazioni riportate nella presente istanza sono veritiere;</w:t>
      </w:r>
    </w:p>
    <w:p w14:paraId="3AE619D5" w14:textId="77777777" w:rsidR="00E72F74" w:rsidRPr="00C941B0" w:rsidRDefault="009006E1" w:rsidP="00ED2D3C">
      <w:pPr>
        <w:pStyle w:val="Paragrafoelenco"/>
        <w:numPr>
          <w:ilvl w:val="0"/>
          <w:numId w:val="10"/>
        </w:num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delle responsabilità previste dalla normativa vigente in caso di dichiarazioni mendaci;</w:t>
      </w:r>
    </w:p>
    <w:p w14:paraId="2879CB75" w14:textId="77777777" w:rsidR="00E72F74" w:rsidRPr="00C941B0" w:rsidRDefault="009006E1" w:rsidP="00ED2D3C">
      <w:pPr>
        <w:pStyle w:val="Paragrafoelenco"/>
        <w:numPr>
          <w:ilvl w:val="0"/>
          <w:numId w:val="10"/>
        </w:num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impegnarsi a comunicare tempestivamente eventuali variazioni relative alle informazioni contenute nella presente istanza;</w:t>
      </w:r>
    </w:p>
    <w:p w14:paraId="637F217E" w14:textId="77777777" w:rsidR="00E72F74" w:rsidRPr="00C941B0" w:rsidRDefault="009006E1" w:rsidP="00ED2D3C">
      <w:pPr>
        <w:pStyle w:val="Paragrafoelenco"/>
        <w:numPr>
          <w:ilvl w:val="0"/>
          <w:numId w:val="10"/>
        </w:num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il riconoscimento dell’indennizzo è subordinato alla verifica dei requisiti previsti dalla disposizione regionale;</w:t>
      </w:r>
    </w:p>
    <w:p w14:paraId="1F34BE62" w14:textId="77777777" w:rsidR="00E72F74" w:rsidRPr="00C941B0" w:rsidRDefault="009006E1" w:rsidP="00ED2D3C">
      <w:pPr>
        <w:pStyle w:val="Paragrafoelenco"/>
        <w:numPr>
          <w:ilvl w:val="0"/>
          <w:numId w:val="10"/>
        </w:numPr>
        <w:spacing w:line="240" w:lineRule="auto"/>
        <w:jc w:val="both"/>
        <w:rPr>
          <w:rFonts w:cs="Arial"/>
          <w:sz w:val="20"/>
          <w:szCs w:val="20"/>
          <w:lang w:val="it-IT"/>
        </w:rPr>
      </w:pPr>
      <w:r>
        <w:t></w:t>
      </w:r>
      <w:r w:rsidRPr="00757581">
        <w:rPr>
          <w:lang w:val="it-IT"/>
        </w:rPr>
        <w:t xml:space="preserve">   di essere consapevole che l’indennizzo non è cumulabile con altre forme di sostegno finanziario per i medesimi eventi e danni e che, ai fini della presente dichiarazione, devono essere considerate anche le eventuali somme riconosciute, liquidate o liquidabili in forza di polizze assicurative riferite ai medesimi danni;</w:t>
      </w:r>
    </w:p>
    <w:p w14:paraId="457886C0" w14:textId="77777777" w:rsidR="00E72F74" w:rsidRDefault="009006E1" w:rsidP="00ED2D3C">
      <w:pPr>
        <w:pStyle w:val="Paragrafoelenco"/>
        <w:numPr>
          <w:ilvl w:val="0"/>
          <w:numId w:val="10"/>
        </w:num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autorizzare il Comune e il Dipartimento regionale competente in materia di protezione civile all’effettuazione delle verifiche previste dalla normativa</w:t>
      </w:r>
      <w:r w:rsidR="001D6E07">
        <w:rPr>
          <w:rFonts w:cs="Arial"/>
          <w:sz w:val="20"/>
          <w:szCs w:val="20"/>
          <w:lang w:val="it-IT"/>
        </w:rPr>
        <w:t>;</w:t>
      </w:r>
    </w:p>
    <w:p w14:paraId="3BD642BA" w14:textId="77777777" w:rsidR="001D6E07" w:rsidRPr="001D6E07" w:rsidRDefault="001D6E07" w:rsidP="00ED2D3C">
      <w:pPr>
        <w:pStyle w:val="Paragrafoelenco"/>
        <w:numPr>
          <w:ilvl w:val="0"/>
          <w:numId w:val="10"/>
        </w:num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1D6E07">
        <w:rPr>
          <w:rFonts w:cs="Arial"/>
          <w:sz w:val="20"/>
          <w:szCs w:val="20"/>
          <w:lang w:val="it-IT"/>
        </w:rPr>
        <w:t xml:space="preserve">di essere consapevole che l’amministrazione comunale effettuerà controlli sulla veridicità delle autocertificazioni e delle dichiarazioni sostitutive </w:t>
      </w:r>
      <w:proofErr w:type="gramStart"/>
      <w:r w:rsidRPr="001D6E07">
        <w:rPr>
          <w:rFonts w:cs="Arial"/>
          <w:sz w:val="20"/>
          <w:szCs w:val="20"/>
          <w:lang w:val="it-IT"/>
        </w:rPr>
        <w:t>procedendo  anche</w:t>
      </w:r>
      <w:proofErr w:type="gramEnd"/>
      <w:r w:rsidRPr="001D6E07">
        <w:rPr>
          <w:rFonts w:cs="Arial"/>
          <w:sz w:val="20"/>
          <w:szCs w:val="20"/>
          <w:lang w:val="it-IT"/>
        </w:rPr>
        <w:t xml:space="preserve"> a campione o in tutti i casi in cui sorg</w:t>
      </w:r>
      <w:r>
        <w:rPr>
          <w:rFonts w:cs="Arial"/>
          <w:sz w:val="20"/>
          <w:szCs w:val="20"/>
          <w:lang w:val="it-IT"/>
        </w:rPr>
        <w:t>a</w:t>
      </w:r>
      <w:r w:rsidRPr="001D6E07"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u</w:t>
      </w:r>
      <w:r w:rsidRPr="001D6E07">
        <w:rPr>
          <w:rFonts w:cs="Arial"/>
          <w:sz w:val="20"/>
          <w:szCs w:val="20"/>
          <w:lang w:val="it-IT"/>
        </w:rPr>
        <w:t>n "ragionevole o fondato dubbio" sulla veridicità di quanto dichiarato</w:t>
      </w:r>
      <w:r>
        <w:rPr>
          <w:rFonts w:cs="Arial"/>
          <w:sz w:val="20"/>
          <w:szCs w:val="20"/>
          <w:lang w:val="it-IT"/>
        </w:rPr>
        <w:t>.</w:t>
      </w:r>
    </w:p>
    <w:p w14:paraId="25CA9E48" w14:textId="77777777" w:rsidR="001D6E07" w:rsidRPr="00757581" w:rsidRDefault="001D6E07" w:rsidP="00ED2D3C">
      <w:pPr>
        <w:pStyle w:val="Paragrafoelenco"/>
        <w:spacing w:line="240" w:lineRule="auto"/>
        <w:ind w:left="1003"/>
        <w:rPr>
          <w:lang w:val="it-IT"/>
        </w:rPr>
      </w:pPr>
    </w:p>
    <w:p w14:paraId="6926F949" w14:textId="77777777" w:rsidR="00E72F74" w:rsidRPr="001D6E07" w:rsidRDefault="009006E1" w:rsidP="00ED2D3C">
      <w:pPr>
        <w:pStyle w:val="Paragrafoelenco"/>
        <w:spacing w:line="240" w:lineRule="auto"/>
        <w:ind w:left="1003"/>
        <w:jc w:val="center"/>
        <w:rPr>
          <w:rFonts w:cs="Arial"/>
          <w:sz w:val="20"/>
          <w:szCs w:val="20"/>
          <w:lang w:val="it-IT"/>
        </w:rPr>
      </w:pPr>
      <w:r w:rsidRPr="001D6E07">
        <w:rPr>
          <w:rFonts w:cs="Arial"/>
          <w:b/>
          <w:sz w:val="20"/>
          <w:szCs w:val="20"/>
          <w:lang w:val="it-IT"/>
        </w:rPr>
        <w:t>MODALITÀ DI PAGAMENTO</w:t>
      </w:r>
    </w:p>
    <w:p w14:paraId="17364A27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caso di riconoscimento dell’indennizzo, il/la sottoscritto/a chiede che lo stesso venga accreditato sul seguente conto corrente:</w:t>
      </w:r>
    </w:p>
    <w:p w14:paraId="18C76B79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IBAN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</w:p>
    <w:p w14:paraId="3572C85D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Intestato/cointestato a </w:t>
      </w:r>
      <w:r w:rsidRPr="00C941B0">
        <w:rPr>
          <w:rFonts w:cs="Arial"/>
          <w:sz w:val="20"/>
          <w:szCs w:val="20"/>
          <w:lang w:val="it-IT"/>
        </w:rPr>
        <w:t>___________________________________________</w:t>
      </w:r>
    </w:p>
    <w:p w14:paraId="0F7D7599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Codice fiscale del titolare del conto 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5B1531F1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ALLEGATI OBBLIGATORI</w:t>
      </w:r>
    </w:p>
    <w:p w14:paraId="5729CFB4" w14:textId="77777777" w:rsidR="00E72F74" w:rsidRPr="00C941B0" w:rsidRDefault="009006E1" w:rsidP="00ED2D3C">
      <w:pPr>
        <w:spacing w:line="240" w:lineRule="auto"/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copia di un documento di riconoscimento in corso di validità;</w:t>
      </w:r>
    </w:p>
    <w:p w14:paraId="7A120E78" w14:textId="77777777" w:rsidR="00E72F74" w:rsidRPr="00C941B0" w:rsidRDefault="009006E1" w:rsidP="00ED2D3C">
      <w:pPr>
        <w:spacing w:line="240" w:lineRule="auto"/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documentazione fotografica comprovante i danni subiti;</w:t>
      </w:r>
    </w:p>
    <w:p w14:paraId="21C208E2" w14:textId="77777777" w:rsidR="00E72F74" w:rsidRPr="00C941B0" w:rsidRDefault="00E72F74" w:rsidP="00ED2D3C">
      <w:pPr>
        <w:spacing w:line="240" w:lineRule="auto"/>
        <w:rPr>
          <w:rFonts w:cs="Arial"/>
          <w:sz w:val="20"/>
          <w:szCs w:val="20"/>
          <w:lang w:val="it-IT"/>
        </w:rPr>
      </w:pPr>
    </w:p>
    <w:p w14:paraId="2BDB802C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1ED0E90F" w14:textId="77777777" w:rsidR="00E72F74" w:rsidRPr="00C941B0" w:rsidRDefault="00E72F74" w:rsidP="00ED2D3C">
      <w:pPr>
        <w:spacing w:line="240" w:lineRule="auto"/>
        <w:rPr>
          <w:rFonts w:cs="Arial"/>
          <w:sz w:val="20"/>
          <w:szCs w:val="20"/>
          <w:lang w:val="it-IT"/>
        </w:rPr>
      </w:pPr>
    </w:p>
    <w:p w14:paraId="4F89AC74" w14:textId="77777777" w:rsidR="00E72F74" w:rsidRPr="00C941B0" w:rsidRDefault="009006E1" w:rsidP="00ED2D3C">
      <w:pPr>
        <w:spacing w:line="240" w:lineRule="auto"/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p w14:paraId="6FA9CD55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INFORMATIVA SUL TRATTAMENTO DEI DATI PERSONALI</w:t>
      </w:r>
    </w:p>
    <w:p w14:paraId="603724FF" w14:textId="77777777" w:rsidR="00E72F74" w:rsidRPr="00C941B0" w:rsidRDefault="009006E1" w:rsidP="00ED2D3C">
      <w:pPr>
        <w:spacing w:line="240" w:lineRule="auto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aver preso visione dell’informativa sul trattamento dei dati personali predisposta dal Comune ai sensi del Regolamento (UE) 2016/679 e della normativa nazionale vigente in materia di protezione dei dati personali.</w:t>
      </w:r>
    </w:p>
    <w:p w14:paraId="3E9332DD" w14:textId="77777777" w:rsidR="00E72F74" w:rsidRPr="00C941B0" w:rsidRDefault="009006E1" w:rsidP="00ED2D3C">
      <w:pPr>
        <w:spacing w:line="240" w:lineRule="auto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3013152A" w14:textId="77777777" w:rsidR="00E72F74" w:rsidRPr="00C941B0" w:rsidRDefault="009006E1" w:rsidP="00ED2D3C">
      <w:pPr>
        <w:spacing w:line="240" w:lineRule="auto"/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</w:r>
      <w:bookmarkStart w:id="0" w:name="_GoBack"/>
      <w:bookmarkEnd w:id="0"/>
      <w:r w:rsidRPr="00C941B0">
        <w:rPr>
          <w:rFonts w:cs="Arial"/>
          <w:b/>
          <w:sz w:val="20"/>
          <w:szCs w:val="20"/>
          <w:lang w:val="it-IT"/>
        </w:rPr>
        <w:t>(firma)</w:t>
      </w:r>
    </w:p>
    <w:sectPr w:rsidR="00E72F74" w:rsidRPr="00C941B0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C13242"/>
    <w:multiLevelType w:val="hybridMultilevel"/>
    <w:tmpl w:val="866686F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13B8"/>
    <w:rsid w:val="0015074B"/>
    <w:rsid w:val="001D6E07"/>
    <w:rsid w:val="0029639D"/>
    <w:rsid w:val="00326F90"/>
    <w:rsid w:val="006D0E11"/>
    <w:rsid w:val="006E5241"/>
    <w:rsid w:val="00757581"/>
    <w:rsid w:val="009006E1"/>
    <w:rsid w:val="00A1011C"/>
    <w:rsid w:val="00AA1D8D"/>
    <w:rsid w:val="00B47730"/>
    <w:rsid w:val="00C34FA2"/>
    <w:rsid w:val="00C941B0"/>
    <w:rsid w:val="00CB0664"/>
    <w:rsid w:val="00D323C0"/>
    <w:rsid w:val="00E72F74"/>
    <w:rsid w:val="00ED2D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5668EA"/>
  <w14:defaultImageDpi w14:val="300"/>
  <w15:docId w15:val="{BAD2C5CA-B77A-4DE4-96BB-1D70B6EE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1D6E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9FD7D6-694B-4E58-82E5-9B9721BDC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1052</Words>
  <Characters>6002</Characters>
  <Application>Microsoft Office Word</Application>
  <DocSecurity>0</DocSecurity>
  <Lines>50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xx</cp:lastModifiedBy>
  <cp:revision>8</cp:revision>
  <dcterms:created xsi:type="dcterms:W3CDTF">2026-10-15T15:05:00Z</dcterms:created>
  <dcterms:modified xsi:type="dcterms:W3CDTF">2026-10-16T06:21:00Z</dcterms:modified>
  <cp:category/>
</cp:coreProperties>
</file>